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5CDB" w14:textId="77777777" w:rsidR="00297495" w:rsidRDefault="00000000">
      <w:pPr>
        <w:spacing w:before="720"/>
        <w:jc w:val="center"/>
      </w:pPr>
      <w:r>
        <w:rPr>
          <w:b/>
          <w:color w:val="3F5F34"/>
          <w:sz w:val="56"/>
        </w:rPr>
        <w:t>MÖKIN NIMI</w:t>
      </w:r>
    </w:p>
    <w:p w14:paraId="068A4376" w14:textId="77777777" w:rsidR="00297495" w:rsidRDefault="00000000">
      <w:pPr>
        <w:jc w:val="center"/>
      </w:pPr>
      <w:r>
        <w:rPr>
          <w:i/>
          <w:color w:val="3F5F34"/>
          <w:sz w:val="36"/>
        </w:rPr>
        <w:t>Mökkikirja</w:t>
      </w:r>
    </w:p>
    <w:p w14:paraId="014AA9C3" w14:textId="77777777" w:rsidR="00297495" w:rsidRDefault="0029749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14:paraId="72F67BA4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5F518B" w14:textId="77777777" w:rsidR="00297495" w:rsidRDefault="00000000">
            <w:pPr>
              <w:jc w:val="center"/>
            </w:pPr>
            <w:r>
              <w:rPr>
                <w:b/>
                <w:color w:val="3F5F34"/>
                <w:sz w:val="36"/>
              </w:rPr>
              <w:t>⌂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801B5" w14:textId="77777777" w:rsidR="00297495" w:rsidRDefault="00000000">
            <w:r w:rsidRPr="00DC053F">
              <w:rPr>
                <w:b/>
                <w:sz w:val="22"/>
                <w:lang w:val="fi-FI"/>
              </w:rPr>
              <w:t>Lämpimästi tervetuloa viihtymään MÖKIN NIMI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>Mikäli mikä tahansa askarruttaa, autamme mielellämme.</w:t>
            </w:r>
            <w:r w:rsidRPr="00DC053F">
              <w:rPr>
                <w:lang w:val="fi-FI"/>
              </w:rPr>
              <w:br/>
            </w:r>
            <w:proofErr w:type="spellStart"/>
            <w:r>
              <w:t>Omistaja</w:t>
            </w:r>
            <w:proofErr w:type="spellEnd"/>
            <w:r>
              <w:t>: [</w:t>
            </w:r>
            <w:proofErr w:type="spellStart"/>
            <w:proofErr w:type="gramStart"/>
            <w:r>
              <w:t>nimi</w:t>
            </w:r>
            <w:proofErr w:type="spellEnd"/>
            <w:r>
              <w:t xml:space="preserve">]   </w:t>
            </w:r>
            <w:proofErr w:type="gramEnd"/>
            <w:r>
              <w:t xml:space="preserve"> </w:t>
            </w:r>
            <w:proofErr w:type="spellStart"/>
            <w:r>
              <w:t>Puhelin</w:t>
            </w:r>
            <w:proofErr w:type="spellEnd"/>
            <w:r>
              <w:t>: [</w:t>
            </w:r>
            <w:proofErr w:type="spellStart"/>
            <w:r>
              <w:t>puhelinnumero</w:t>
            </w:r>
            <w:proofErr w:type="spellEnd"/>
            <w:r>
              <w:t>]</w:t>
            </w:r>
          </w:p>
        </w:tc>
      </w:tr>
    </w:tbl>
    <w:p w14:paraId="74F246F9" w14:textId="77777777" w:rsidR="00297495" w:rsidRDefault="00297495"/>
    <w:p w14:paraId="0D99BD2A" w14:textId="77777777" w:rsidR="00297495" w:rsidRDefault="00000000">
      <w:pPr>
        <w:pStyle w:val="Otsikko1"/>
        <w:spacing w:before="240" w:after="120"/>
      </w:pPr>
      <w:r>
        <w:rPr>
          <w:rFonts w:ascii="Aptos" w:hAnsi="Aptos"/>
          <w:color w:val="3F5F34"/>
          <w:sz w:val="32"/>
        </w:rPr>
        <w:t>Täydennettävät perustiedot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74BD22BC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FAADBA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79E9F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3D9D805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A7292" w14:textId="77777777" w:rsidR="00297495" w:rsidRDefault="00000000">
            <w:pPr>
              <w:spacing w:after="0"/>
            </w:pPr>
            <w:r>
              <w:rPr>
                <w:sz w:val="18"/>
              </w:rPr>
              <w:t>Mökin osoite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3A10A6" w14:textId="77777777" w:rsidR="00297495" w:rsidRDefault="00000000">
            <w:pPr>
              <w:spacing w:after="0"/>
            </w:pPr>
            <w:r>
              <w:rPr>
                <w:sz w:val="18"/>
              </w:rPr>
              <w:t>[täydennä osoite]</w:t>
            </w:r>
          </w:p>
        </w:tc>
      </w:tr>
      <w:tr w:rsidR="00297495" w:rsidRPr="00DC053F" w14:paraId="069FCBC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50F00E" w14:textId="77777777" w:rsidR="00297495" w:rsidRDefault="00000000">
            <w:pPr>
              <w:spacing w:after="0"/>
            </w:pPr>
            <w:r>
              <w:rPr>
                <w:sz w:val="18"/>
              </w:rPr>
              <w:t>Sijainti ja lisätiedot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6253F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Mökki sijaitsee [täydennä]. Tutustu lisää: [verkkosivu]</w:t>
            </w:r>
          </w:p>
        </w:tc>
      </w:tr>
      <w:tr w:rsidR="00297495" w14:paraId="760E419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58C491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Omistajan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yhteystiedot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79C884" w14:textId="77777777" w:rsidR="00297495" w:rsidRDefault="00000000">
            <w:pPr>
              <w:spacing w:after="0"/>
            </w:pPr>
            <w:r>
              <w:rPr>
                <w:sz w:val="18"/>
              </w:rPr>
              <w:t>[nimi, puhelin, sähköposti]</w:t>
            </w:r>
          </w:p>
        </w:tc>
      </w:tr>
      <w:tr w:rsidR="00297495" w:rsidRPr="00DC053F" w14:paraId="3CF0FE56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F87084" w14:textId="77777777" w:rsidR="00297495" w:rsidRDefault="00000000">
            <w:pPr>
              <w:spacing w:after="0"/>
            </w:pPr>
            <w:r>
              <w:rPr>
                <w:sz w:val="18"/>
              </w:rPr>
              <w:t>Hätätilanteessa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14641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Yleinen hätänumero 112. Kerro mökin tarkka osoite.</w:t>
            </w:r>
          </w:p>
        </w:tc>
      </w:tr>
    </w:tbl>
    <w:p w14:paraId="0459F11A" w14:textId="77777777" w:rsidR="00297495" w:rsidRPr="00DC053F" w:rsidRDefault="00297495">
      <w:pPr>
        <w:rPr>
          <w:lang w:val="fi-FI"/>
        </w:rPr>
      </w:pPr>
    </w:p>
    <w:p w14:paraId="09832D58" w14:textId="77777777" w:rsidR="00297495" w:rsidRDefault="00000000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t>Perustiedot</w:t>
      </w:r>
      <w:proofErr w:type="spellEnd"/>
      <w:r>
        <w:rPr>
          <w:rFonts w:ascii="Aptos" w:hAnsi="Aptos"/>
          <w:color w:val="3F5F34"/>
          <w:sz w:val="32"/>
        </w:rPr>
        <w:t xml:space="preserve"> ja </w:t>
      </w:r>
      <w:proofErr w:type="spellStart"/>
      <w:r>
        <w:rPr>
          <w:rFonts w:ascii="Aptos" w:hAnsi="Aptos"/>
          <w:color w:val="3F5F34"/>
          <w:sz w:val="32"/>
        </w:rPr>
        <w:t>turvallisuus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13645D49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6F339B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1B8259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0513CB96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5B81E7" w14:textId="77777777" w:rsidR="00297495" w:rsidRDefault="00000000">
            <w:pPr>
              <w:spacing w:after="0"/>
            </w:pPr>
            <w:r>
              <w:rPr>
                <w:sz w:val="18"/>
              </w:rPr>
              <w:t>Jauhesammutin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93403A" w14:textId="77777777" w:rsidR="00297495" w:rsidRDefault="00000000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14:paraId="2DD00BFA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75FD27" w14:textId="77777777" w:rsidR="00297495" w:rsidRDefault="00000000">
            <w:pPr>
              <w:spacing w:after="0"/>
            </w:pPr>
            <w:r>
              <w:rPr>
                <w:sz w:val="18"/>
              </w:rPr>
              <w:t>Sammutuspeitto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7D9BD5" w14:textId="77777777" w:rsidR="00297495" w:rsidRDefault="00000000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14:paraId="2A66EA6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68483E" w14:textId="77777777" w:rsidR="00297495" w:rsidRDefault="00000000">
            <w:pPr>
              <w:spacing w:after="0"/>
            </w:pPr>
            <w:r>
              <w:rPr>
                <w:sz w:val="18"/>
              </w:rPr>
              <w:t>Palotikkaat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844DF" w14:textId="77777777" w:rsidR="00297495" w:rsidRDefault="00000000">
            <w:pPr>
              <w:spacing w:after="0"/>
            </w:pPr>
            <w:r>
              <w:rPr>
                <w:sz w:val="18"/>
              </w:rPr>
              <w:t>Sijaitsevat: [täydennä]</w:t>
            </w:r>
          </w:p>
        </w:tc>
      </w:tr>
      <w:tr w:rsidR="00297495" w:rsidRPr="00DC053F" w14:paraId="73BFF0B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3ACDD4" w14:textId="77777777" w:rsidR="00297495" w:rsidRDefault="00000000">
            <w:pPr>
              <w:spacing w:after="0"/>
            </w:pPr>
            <w:r>
              <w:rPr>
                <w:sz w:val="18"/>
              </w:rPr>
              <w:t>Sulakerasia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F70D23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Sijaitsee: [täydennä]. Sulakkeiden vaihdosta ilmoitetaan omistajalle.</w:t>
            </w:r>
          </w:p>
        </w:tc>
      </w:tr>
      <w:tr w:rsidR="00297495" w14:paraId="1EF8E17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2D089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Pääkytkin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86DDD4" w14:textId="77777777" w:rsidR="00297495" w:rsidRDefault="00000000">
            <w:pPr>
              <w:spacing w:after="0"/>
            </w:pPr>
            <w:r>
              <w:rPr>
                <w:sz w:val="18"/>
              </w:rPr>
              <w:t>Sijaitsee: [täydennä]</w:t>
            </w:r>
          </w:p>
        </w:tc>
      </w:tr>
      <w:tr w:rsidR="00297495" w:rsidRPr="00DC053F" w14:paraId="2B5739A5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EF3939" w14:textId="77777777" w:rsidR="00297495" w:rsidRDefault="00000000">
            <w:pPr>
              <w:spacing w:after="0"/>
            </w:pPr>
            <w:r>
              <w:rPr>
                <w:sz w:val="18"/>
              </w:rPr>
              <w:t>Palovaroittimet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731E1F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 xml:space="preserve">Palovaroittimet ovat ylä- ja alakerrassa katossa. Mikäli palovaroitin </w:t>
            </w:r>
            <w:proofErr w:type="spellStart"/>
            <w:r w:rsidRPr="00DC053F">
              <w:rPr>
                <w:sz w:val="18"/>
                <w:lang w:val="fi-FI"/>
              </w:rPr>
              <w:t>piippaa</w:t>
            </w:r>
            <w:proofErr w:type="spellEnd"/>
            <w:r w:rsidRPr="00DC053F">
              <w:rPr>
                <w:sz w:val="18"/>
                <w:lang w:val="fi-FI"/>
              </w:rPr>
              <w:t xml:space="preserve"> muutaman minuutin välein, ilmoita asiasta omistajalle.</w:t>
            </w:r>
          </w:p>
        </w:tc>
      </w:tr>
      <w:tr w:rsidR="00297495" w:rsidRPr="00DC053F" w14:paraId="0966CF82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B3320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Hätäpoistumistiet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F537B3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Alakerran ulko-ovi ja yläkerran [täydennä]. Hätäpoistumistiet on merkitty heijastavilla kylteillä.</w:t>
            </w:r>
          </w:p>
        </w:tc>
      </w:tr>
    </w:tbl>
    <w:p w14:paraId="34A343F9" w14:textId="77777777" w:rsidR="00DC053F" w:rsidRDefault="00DC053F">
      <w:pPr>
        <w:pStyle w:val="Otsikko2"/>
        <w:spacing w:before="160" w:after="60"/>
        <w:rPr>
          <w:rFonts w:ascii="Aptos" w:hAnsi="Aptos"/>
          <w:color w:val="243321"/>
        </w:rPr>
      </w:pPr>
    </w:p>
    <w:p w14:paraId="75801056" w14:textId="706382F1" w:rsidR="00297495" w:rsidRDefault="00000000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Sähkökatkot</w:t>
      </w:r>
      <w:proofErr w:type="spellEnd"/>
      <w:r>
        <w:rPr>
          <w:rFonts w:ascii="Aptos" w:hAnsi="Aptos"/>
          <w:color w:val="243321"/>
        </w:rPr>
        <w:t xml:space="preserve"> ja </w:t>
      </w:r>
      <w:proofErr w:type="spellStart"/>
      <w:r>
        <w:rPr>
          <w:rFonts w:ascii="Aptos" w:hAnsi="Aptos"/>
          <w:color w:val="243321"/>
        </w:rPr>
        <w:t>muut</w:t>
      </w:r>
      <w:proofErr w:type="spellEnd"/>
      <w:r>
        <w:rPr>
          <w:rFonts w:ascii="Aptos" w:hAnsi="Aptos"/>
          <w:color w:val="243321"/>
        </w:rPr>
        <w:t xml:space="preserve"> </w:t>
      </w:r>
      <w:proofErr w:type="spellStart"/>
      <w:r>
        <w:rPr>
          <w:rFonts w:ascii="Aptos" w:hAnsi="Aptos"/>
          <w:color w:val="243321"/>
        </w:rPr>
        <w:t>sähköongelmat</w:t>
      </w:r>
      <w:proofErr w:type="spellEnd"/>
    </w:p>
    <w:p w14:paraId="4CFFAE33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Pattereilla toimiva valo löytyy: [täydennä].</w:t>
      </w:r>
    </w:p>
    <w:p w14:paraId="07CAB738" w14:textId="77777777" w:rsidR="00297495" w:rsidRDefault="00000000">
      <w:pPr>
        <w:pStyle w:val="Merkittyluettelo"/>
        <w:spacing w:after="40"/>
        <w:ind w:left="283"/>
      </w:pPr>
      <w:r>
        <w:t xml:space="preserve">Ota </w:t>
      </w:r>
      <w:proofErr w:type="spellStart"/>
      <w:r>
        <w:t>yhteys</w:t>
      </w:r>
      <w:proofErr w:type="spellEnd"/>
      <w:r>
        <w:t xml:space="preserve"> </w:t>
      </w:r>
      <w:proofErr w:type="spellStart"/>
      <w:r>
        <w:t>omistajaan</w:t>
      </w:r>
      <w:proofErr w:type="spellEnd"/>
      <w:r>
        <w:t>: [</w:t>
      </w:r>
      <w:proofErr w:type="spellStart"/>
      <w:r>
        <w:t>puhelinnumero</w:t>
      </w:r>
      <w:proofErr w:type="spellEnd"/>
      <w:r>
        <w:t>].</w:t>
      </w:r>
    </w:p>
    <w:p w14:paraId="06E386E9" w14:textId="77777777" w:rsidR="00297495" w:rsidRDefault="00000000">
      <w:pPr>
        <w:pStyle w:val="Otsikko2"/>
        <w:spacing w:before="160" w:after="60"/>
      </w:pPr>
      <w:r>
        <w:rPr>
          <w:rFonts w:ascii="Aptos" w:hAnsi="Aptos"/>
          <w:color w:val="243321"/>
        </w:rPr>
        <w:t>Takan ja saunan uunin käyttö</w:t>
      </w:r>
    </w:p>
    <w:p w14:paraId="61BB4886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Varmista, että tulisijan pelti on auki ennen sytyttämistä.</w:t>
      </w:r>
    </w:p>
    <w:p w14:paraId="68DA1924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Takan ja saunan lämmittämiseen tarvittavat puut löytyvät: [täydennä].</w:t>
      </w:r>
    </w:p>
    <w:p w14:paraId="12035977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Vuokralainen tyhjentää tulisijojen tuhkat loppusiivouksen yhteydessä.</w:t>
      </w:r>
    </w:p>
    <w:p w14:paraId="258BE67A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Varmista ennen tyhjennystä, ettei tuhka ole kuumaa. Tuhkat tyhjennetään [täydennä turvallinen tuhka-astia ja sijainti].</w:t>
      </w:r>
    </w:p>
    <w:p w14:paraId="03158B4C" w14:textId="77777777" w:rsidR="00297495" w:rsidRDefault="00000000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Lämpötila</w:t>
      </w:r>
      <w:proofErr w:type="spellEnd"/>
    </w:p>
    <w:p w14:paraId="6C8DA631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Ilmalämpöpumpun lämpötilaa voi säätää kaukosäätimestä.</w:t>
      </w:r>
    </w:p>
    <w:p w14:paraId="112D9FDD" w14:textId="77777777" w:rsidR="00297495" w:rsidRDefault="00000000">
      <w:pPr>
        <w:pStyle w:val="Merkittyluettelo"/>
        <w:spacing w:after="40"/>
        <w:ind w:left="283"/>
      </w:pPr>
      <w:proofErr w:type="spellStart"/>
      <w:r>
        <w:t>Lämmitys</w:t>
      </w:r>
      <w:proofErr w:type="spellEnd"/>
      <w:r>
        <w:t xml:space="preserve">: </w:t>
      </w:r>
      <w:proofErr w:type="spellStart"/>
      <w:r>
        <w:t>auringon</w:t>
      </w:r>
      <w:proofErr w:type="spellEnd"/>
      <w:r>
        <w:t xml:space="preserve"> </w:t>
      </w:r>
      <w:proofErr w:type="spellStart"/>
      <w:r>
        <w:t>kuva</w:t>
      </w:r>
      <w:proofErr w:type="spellEnd"/>
      <w:r>
        <w:t>.</w:t>
      </w:r>
    </w:p>
    <w:p w14:paraId="1E5AA7A5" w14:textId="77777777" w:rsidR="00297495" w:rsidRDefault="00000000">
      <w:pPr>
        <w:pStyle w:val="Merkittyluettelo"/>
        <w:spacing w:after="40"/>
        <w:ind w:left="283"/>
      </w:pPr>
      <w:r>
        <w:t>Viilennys: lumihiutale.</w:t>
      </w:r>
    </w:p>
    <w:p w14:paraId="16DE2DED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Pattereiden lämpötila on säädettävissä pattereiden termostaateista.</w:t>
      </w:r>
    </w:p>
    <w:p w14:paraId="64948D6D" w14:textId="77777777" w:rsidR="00297495" w:rsidRDefault="00000000">
      <w:pPr>
        <w:pStyle w:val="Merkittyluettelo"/>
        <w:spacing w:after="40"/>
        <w:ind w:left="283"/>
      </w:pPr>
      <w:proofErr w:type="spellStart"/>
      <w:r>
        <w:t>Muu</w:t>
      </w:r>
      <w:proofErr w:type="spellEnd"/>
      <w:r>
        <w:t xml:space="preserve"> </w:t>
      </w:r>
      <w:proofErr w:type="spellStart"/>
      <w:r>
        <w:t>lämpötilan</w:t>
      </w:r>
      <w:proofErr w:type="spellEnd"/>
      <w:r>
        <w:t xml:space="preserve"> </w:t>
      </w:r>
      <w:proofErr w:type="spellStart"/>
      <w:r>
        <w:t>säätö</w:t>
      </w:r>
      <w:proofErr w:type="spellEnd"/>
      <w:r>
        <w:t>: [</w:t>
      </w:r>
      <w:proofErr w:type="spellStart"/>
      <w:r>
        <w:t>täydennä</w:t>
      </w:r>
      <w:proofErr w:type="spellEnd"/>
      <w:r>
        <w:t>].</w:t>
      </w:r>
    </w:p>
    <w:p w14:paraId="47429D25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p w14:paraId="701190CA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p w14:paraId="4BF124B4" w14:textId="77777777" w:rsidR="00DC053F" w:rsidRDefault="00DC053F" w:rsidP="00DC053F">
      <w:pPr>
        <w:pStyle w:val="Merkittyluettelo"/>
        <w:numPr>
          <w:ilvl w:val="0"/>
          <w:numId w:val="0"/>
        </w:numPr>
        <w:spacing w:after="40"/>
        <w:ind w:left="360" w:hanging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:rsidRPr="00DC053F" w14:paraId="60AABDF4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026E82" w14:textId="77777777" w:rsidR="00297495" w:rsidRDefault="00000000">
            <w:pPr>
              <w:jc w:val="center"/>
            </w:pPr>
            <w:r>
              <w:rPr>
                <w:b/>
                <w:color w:val="3F5F34"/>
                <w:sz w:val="36"/>
              </w:rPr>
              <w:t>!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5637E3" w14:textId="77777777" w:rsidR="00297495" w:rsidRPr="00DC053F" w:rsidRDefault="00000000">
            <w:pPr>
              <w:rPr>
                <w:lang w:val="fi-FI"/>
              </w:rPr>
            </w:pPr>
            <w:r w:rsidRPr="00DC053F">
              <w:rPr>
                <w:b/>
                <w:sz w:val="22"/>
                <w:lang w:val="fi-FI"/>
              </w:rPr>
              <w:t>Erikoistilanteet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>Ilmoita erikoistilanteista aina omistajalle: [puhelinnumero].</w:t>
            </w:r>
          </w:p>
        </w:tc>
      </w:tr>
    </w:tbl>
    <w:p w14:paraId="11462637" w14:textId="77777777" w:rsidR="00297495" w:rsidRPr="00DC053F" w:rsidRDefault="00297495">
      <w:pPr>
        <w:rPr>
          <w:lang w:val="fi-FI"/>
        </w:rPr>
      </w:pPr>
    </w:p>
    <w:p w14:paraId="42C4101D" w14:textId="7D19EA60" w:rsidR="00297495" w:rsidRDefault="00000000" w:rsidP="00DC053F">
      <w:r w:rsidRPr="00DC053F">
        <w:rPr>
          <w:lang w:val="fi-FI"/>
        </w:rPr>
        <w:br w:type="page"/>
      </w:r>
      <w:r>
        <w:rPr>
          <w:b/>
          <w:color w:val="3F5F34"/>
          <w:sz w:val="32"/>
        </w:rPr>
        <w:lastRenderedPageBreak/>
        <w:t xml:space="preserve">Muut </w:t>
      </w:r>
      <w:proofErr w:type="spellStart"/>
      <w:r>
        <w:rPr>
          <w:b/>
          <w:color w:val="3F5F34"/>
          <w:sz w:val="32"/>
        </w:rPr>
        <w:t>asiat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7E01A88F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AB07B1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53055E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64548670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C65BF" w14:textId="77777777" w:rsidR="00297495" w:rsidRDefault="00000000">
            <w:pPr>
              <w:spacing w:after="0"/>
            </w:pPr>
            <w:r>
              <w:rPr>
                <w:sz w:val="18"/>
              </w:rPr>
              <w:t>Sauna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C8042A" w14:textId="77777777" w:rsidR="00297495" w:rsidRDefault="00000000">
            <w:pPr>
              <w:spacing w:after="0"/>
            </w:pPr>
            <w:r>
              <w:rPr>
                <w:sz w:val="18"/>
              </w:rPr>
              <w:t>Ohjeet / käyttö: [täydennä].</w:t>
            </w:r>
          </w:p>
        </w:tc>
      </w:tr>
      <w:tr w:rsidR="00297495" w:rsidRPr="00DC053F" w14:paraId="09D0BE9A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B665F5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Vene, SUP-laudat, polkupyörät ja muu varustelu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7237BB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Kuuluvat mökin vuokrahintaan / ovat vuokrattavissa erillistä maksua vastaan. Sovi käytöstä etukäteen: [täydennä]. Veneilyliivejä on käytettävä vesillä oltaessa. Veneilyliivit löytyvät: [täydennä].</w:t>
            </w:r>
          </w:p>
        </w:tc>
      </w:tr>
      <w:tr w:rsidR="00297495" w:rsidRPr="00DC053F" w14:paraId="7348653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2CE03B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Uimaranta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A2F972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Tiedot uimarannasta: syvyys, pohja, laituri, käyttöoikeus ja käyttävätkö muut mökkiläiset samaa rantaa: [täydennä].</w:t>
            </w:r>
          </w:p>
        </w:tc>
      </w:tr>
      <w:tr w:rsidR="00297495" w:rsidRPr="00DC053F" w14:paraId="7D5FEB5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0419B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Grillikatos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1A18F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Sijainti ja muut tiedot: [täydennä]. Grillin käyttö erillisten ohjeiden mukaan.</w:t>
            </w:r>
          </w:p>
        </w:tc>
      </w:tr>
      <w:tr w:rsidR="00297495" w:rsidRPr="00DC053F" w14:paraId="445CEF9F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D5A89A" w14:textId="77777777" w:rsidR="00297495" w:rsidRDefault="00000000">
            <w:pPr>
              <w:spacing w:after="0"/>
            </w:pPr>
            <w:r>
              <w:rPr>
                <w:sz w:val="18"/>
              </w:rPr>
              <w:t xml:space="preserve">Muut </w:t>
            </w:r>
            <w:proofErr w:type="spellStart"/>
            <w:r>
              <w:rPr>
                <w:sz w:val="18"/>
              </w:rPr>
              <w:t>varusteet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mökissä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B1F6FC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Esimerkiksi vauvan varusteet, levitettävät sohvat ja muu lisävarustelu: [täydennä].</w:t>
            </w:r>
          </w:p>
        </w:tc>
      </w:tr>
      <w:tr w:rsidR="00297495" w14:paraId="212F4CB4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618AF1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Jätehuolto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1C13C6" w14:textId="77777777" w:rsidR="00297495" w:rsidRDefault="00000000">
            <w:pPr>
              <w:spacing w:after="0"/>
            </w:pPr>
            <w:r w:rsidRPr="00DC053F">
              <w:rPr>
                <w:sz w:val="18"/>
                <w:lang w:val="fi-FI"/>
              </w:rPr>
              <w:t xml:space="preserve">Kerro, minne roskat tyhjennetään ja mitä lajitellaan. Asiakkaan on vietävä tyhjät pullot, tölkit sekä ruokatarvikkeet pois. </w:t>
            </w:r>
            <w:proofErr w:type="spellStart"/>
            <w:r>
              <w:rPr>
                <w:sz w:val="18"/>
              </w:rPr>
              <w:t>Pantilliset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pullot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jättää</w:t>
            </w:r>
            <w:proofErr w:type="spellEnd"/>
            <w:r>
              <w:rPr>
                <w:sz w:val="18"/>
              </w:rPr>
              <w:t xml:space="preserve"> erillisessä pussissa roskiksen viereen.</w:t>
            </w:r>
          </w:p>
        </w:tc>
      </w:tr>
    </w:tbl>
    <w:p w14:paraId="2E9E4A97" w14:textId="77777777" w:rsidR="00297495" w:rsidRDefault="00297495"/>
    <w:p w14:paraId="09A05B59" w14:textId="77777777" w:rsidR="00297495" w:rsidRDefault="00000000">
      <w:pPr>
        <w:pStyle w:val="Otsikko2"/>
        <w:spacing w:before="160" w:after="60"/>
      </w:pPr>
      <w:r>
        <w:rPr>
          <w:rFonts w:ascii="Aptos" w:hAnsi="Aptos"/>
          <w:color w:val="243321"/>
        </w:rPr>
        <w:t>Lisäpalvelut ja varusteet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5212776D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DD2CA9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074C9A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:rsidRPr="00DC053F" w14:paraId="40D132D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7C7561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Muut lisähintaan vuokrattavat välineet, kohteet ja palvelut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AFC97B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Lue lisää: [verkkosivu] / sovi omistajan kanssa.</w:t>
            </w:r>
          </w:p>
        </w:tc>
      </w:tr>
      <w:tr w:rsidR="00297495" w:rsidRPr="00DC053F" w14:paraId="3626E709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988D64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Aamu- ja iltapala sekä muut ateriat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751802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Majoittujat voivat varata erikseen / tilata: [täydennä].</w:t>
            </w:r>
          </w:p>
        </w:tc>
      </w:tr>
      <w:tr w:rsidR="00297495" w:rsidRPr="00DC053F" w14:paraId="75034358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7A03BD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Liinavaatteet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EE175E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Liinavaatteiden hinnat ja tilausohje: [täydennä].</w:t>
            </w:r>
          </w:p>
        </w:tc>
      </w:tr>
      <w:tr w:rsidR="00297495" w:rsidRPr="00DC053F" w14:paraId="0BF265D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3B6AC7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Keittiön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varusteet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C05AC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Astianpesukone, ruokailuvälineet [x] henkilölle, kahvinkeitin, vedenkeitin, mikroaaltouuni, sähkövatkain, liesi, ruoanlaittovälineet, jääkaappi, pakastin jne.</w:t>
            </w:r>
          </w:p>
        </w:tc>
      </w:tr>
      <w:tr w:rsidR="00297495" w:rsidRPr="00DC053F" w14:paraId="4D3F5B33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3A829C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Siivousvälineet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B184C4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Pölynimuri, moppi, puhdistusaineet, harja ja rikkalapio, pesukone, siivousliinat, tiskiharja, wc:n pesuvälineet.</w:t>
            </w:r>
          </w:p>
        </w:tc>
      </w:tr>
      <w:tr w:rsidR="00297495" w:rsidRPr="00DC053F" w14:paraId="35921B9C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9A8115" w14:textId="77777777" w:rsidR="00297495" w:rsidRDefault="00000000">
            <w:pPr>
              <w:spacing w:after="0"/>
            </w:pPr>
            <w:proofErr w:type="spellStart"/>
            <w:r>
              <w:rPr>
                <w:sz w:val="18"/>
              </w:rPr>
              <w:t>Pyykin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pesu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56B607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Pesukone / muu mahdollisuus pestä pyykkiä talon koneella: [täydennä].</w:t>
            </w:r>
          </w:p>
        </w:tc>
      </w:tr>
    </w:tbl>
    <w:p w14:paraId="413A0D2F" w14:textId="77777777" w:rsidR="00297495" w:rsidRPr="00DC053F" w:rsidRDefault="00297495">
      <w:pPr>
        <w:rPr>
          <w:lang w:val="fi-FI"/>
        </w:rPr>
      </w:pPr>
    </w:p>
    <w:p w14:paraId="6B1891EC" w14:textId="77777777" w:rsidR="00297495" w:rsidRDefault="00000000">
      <w:pPr>
        <w:pStyle w:val="Otsikko2"/>
        <w:spacing w:before="160" w:after="60"/>
      </w:pPr>
      <w:proofErr w:type="spellStart"/>
      <w:r>
        <w:rPr>
          <w:rFonts w:ascii="Aptos" w:hAnsi="Aptos"/>
          <w:color w:val="243321"/>
        </w:rPr>
        <w:t>Lähialueen</w:t>
      </w:r>
      <w:proofErr w:type="spellEnd"/>
      <w:r>
        <w:rPr>
          <w:rFonts w:ascii="Aptos" w:hAnsi="Aptos"/>
          <w:color w:val="243321"/>
        </w:rPr>
        <w:t xml:space="preserve"> </w:t>
      </w:r>
      <w:proofErr w:type="spellStart"/>
      <w:r>
        <w:rPr>
          <w:rFonts w:ascii="Aptos" w:hAnsi="Aptos"/>
          <w:color w:val="243321"/>
        </w:rPr>
        <w:t>palvelut</w:t>
      </w:r>
      <w:proofErr w:type="spellEnd"/>
      <w:r>
        <w:rPr>
          <w:rFonts w:ascii="Aptos" w:hAnsi="Aptos"/>
          <w:color w:val="243321"/>
        </w:rPr>
        <w:t xml:space="preserve"> ja </w:t>
      </w:r>
      <w:proofErr w:type="spellStart"/>
      <w:r>
        <w:rPr>
          <w:rFonts w:ascii="Aptos" w:hAnsi="Aptos"/>
          <w:color w:val="243321"/>
        </w:rPr>
        <w:t>tekemistä</w:t>
      </w:r>
      <w:proofErr w:type="spellEnd"/>
    </w:p>
    <w:p w14:paraId="28A30060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 xml:space="preserve">Hiihtoladut, laskettelukeskus, ratsastustalli, uimahalli, keilaus, </w:t>
      </w:r>
      <w:proofErr w:type="spellStart"/>
      <w:r w:rsidRPr="00DC053F">
        <w:rPr>
          <w:lang w:val="fi-FI"/>
        </w:rPr>
        <w:t>padel</w:t>
      </w:r>
      <w:proofErr w:type="spellEnd"/>
      <w:r w:rsidRPr="00DC053F">
        <w:rPr>
          <w:lang w:val="fi-FI"/>
        </w:rPr>
        <w:t>, liikuntahallit ja pallohallit: [täydennä].</w:t>
      </w:r>
    </w:p>
    <w:p w14:paraId="10521D3F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>Lähikunnan palvelut, museot, toistuvat tapahtumat ja nähtävyydet: [täydennä].</w:t>
      </w:r>
    </w:p>
    <w:p w14:paraId="3938C078" w14:textId="77777777" w:rsidR="00297495" w:rsidRPr="00DC053F" w:rsidRDefault="00000000">
      <w:pPr>
        <w:pStyle w:val="Merkittyluettelo"/>
        <w:spacing w:after="40"/>
        <w:ind w:left="283"/>
        <w:rPr>
          <w:lang w:val="fi-FI"/>
        </w:rPr>
      </w:pPr>
      <w:r w:rsidRPr="00DC053F">
        <w:rPr>
          <w:lang w:val="fi-FI"/>
        </w:rPr>
        <w:t xml:space="preserve">Marjastus, sienestys ja metsissä liikkuminen </w:t>
      </w:r>
      <w:proofErr w:type="spellStart"/>
      <w:r w:rsidRPr="00DC053F">
        <w:rPr>
          <w:lang w:val="fi-FI"/>
        </w:rPr>
        <w:t>jokaisenoikeuksilla</w:t>
      </w:r>
      <w:proofErr w:type="spellEnd"/>
      <w:r w:rsidRPr="00DC053F">
        <w:rPr>
          <w:lang w:val="fi-FI"/>
        </w:rPr>
        <w:t>.</w:t>
      </w:r>
    </w:p>
    <w:p w14:paraId="09ED5FCA" w14:textId="77777777" w:rsidR="00DC053F" w:rsidRDefault="00DC053F">
      <w:pPr>
        <w:pStyle w:val="Otsikko2"/>
        <w:spacing w:before="160" w:after="60"/>
        <w:rPr>
          <w:rFonts w:ascii="Aptos" w:hAnsi="Aptos"/>
          <w:color w:val="243321"/>
        </w:rPr>
      </w:pPr>
    </w:p>
    <w:p w14:paraId="513C997A" w14:textId="2160641D" w:rsidR="00297495" w:rsidRDefault="00000000">
      <w:pPr>
        <w:pStyle w:val="Otsikko2"/>
        <w:spacing w:before="160" w:after="60"/>
      </w:pPr>
      <w:r>
        <w:rPr>
          <w:rFonts w:ascii="Aptos" w:hAnsi="Aptos"/>
          <w:color w:val="243321"/>
        </w:rPr>
        <w:t xml:space="preserve">Lemmikit ja </w:t>
      </w:r>
      <w:proofErr w:type="spellStart"/>
      <w:r>
        <w:rPr>
          <w:rFonts w:ascii="Aptos" w:hAnsi="Aptos"/>
          <w:color w:val="243321"/>
        </w:rPr>
        <w:t>maksutavat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51B0C9B7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D8CE04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642A1F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14:paraId="6133586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376540" w14:textId="77777777" w:rsidR="00297495" w:rsidRDefault="00000000">
            <w:pPr>
              <w:spacing w:after="0"/>
            </w:pPr>
            <w:r>
              <w:rPr>
                <w:sz w:val="18"/>
              </w:rPr>
              <w:t>Lemmikit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33EDB8" w14:textId="77777777" w:rsidR="00297495" w:rsidRDefault="00000000">
            <w:pPr>
              <w:spacing w:after="0"/>
            </w:pPr>
            <w:r w:rsidRPr="00DC053F">
              <w:rPr>
                <w:sz w:val="18"/>
                <w:lang w:val="fi-FI"/>
              </w:rPr>
              <w:t xml:space="preserve">Saako lemmikkejä olla mökissä: [kyllä/ei]. Mahdolliset maksut ja lisäohjeet: [täydennä]. </w:t>
            </w:r>
            <w:r>
              <w:rPr>
                <w:sz w:val="18"/>
              </w:rPr>
              <w:t xml:space="preserve">Lemmikit on </w:t>
            </w:r>
            <w:proofErr w:type="spellStart"/>
            <w:r>
              <w:rPr>
                <w:sz w:val="18"/>
              </w:rPr>
              <w:t>pidettävä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kytkettynä</w:t>
            </w:r>
            <w:proofErr w:type="spellEnd"/>
            <w:r>
              <w:rPr>
                <w:sz w:val="18"/>
              </w:rPr>
              <w:t>. Omistaja siivoaa alueelta lemmikkien jätteet.</w:t>
            </w:r>
          </w:p>
        </w:tc>
      </w:tr>
      <w:tr w:rsidR="00297495" w:rsidRPr="00DC053F" w14:paraId="17CF558D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D42A5D" w14:textId="77777777" w:rsidR="00297495" w:rsidRDefault="00000000">
            <w:pPr>
              <w:spacing w:after="0"/>
            </w:pPr>
            <w:r>
              <w:rPr>
                <w:sz w:val="18"/>
              </w:rPr>
              <w:t>E-passi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9E051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Liikuntapalveluita voi maksaa myös E-passilla: [täydennä palvelut ja ohje].</w:t>
            </w:r>
          </w:p>
        </w:tc>
      </w:tr>
    </w:tbl>
    <w:p w14:paraId="0811B8B3" w14:textId="77777777" w:rsidR="00297495" w:rsidRPr="00DC053F" w:rsidRDefault="00297495">
      <w:pPr>
        <w:rPr>
          <w:lang w:val="fi-FI"/>
        </w:rPr>
      </w:pPr>
    </w:p>
    <w:p w14:paraId="2AE76087" w14:textId="77777777" w:rsidR="00297495" w:rsidRPr="00DC053F" w:rsidRDefault="00000000">
      <w:pPr>
        <w:rPr>
          <w:lang w:val="fi-FI"/>
        </w:rPr>
      </w:pPr>
      <w:r w:rsidRPr="00DC053F">
        <w:rPr>
          <w:lang w:val="fi-FI"/>
        </w:rPr>
        <w:br w:type="page"/>
      </w:r>
    </w:p>
    <w:p w14:paraId="096EE90C" w14:textId="77777777" w:rsidR="00297495" w:rsidRDefault="00000000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lastRenderedPageBreak/>
        <w:t>Majoituksen</w:t>
      </w:r>
      <w:proofErr w:type="spellEnd"/>
      <w:r>
        <w:rPr>
          <w:rFonts w:ascii="Aptos" w:hAnsi="Aptos"/>
          <w:color w:val="3F5F34"/>
          <w:sz w:val="32"/>
        </w:rPr>
        <w:t xml:space="preserve"> </w:t>
      </w:r>
      <w:proofErr w:type="spellStart"/>
      <w:r>
        <w:rPr>
          <w:rFonts w:ascii="Aptos" w:hAnsi="Aptos"/>
          <w:color w:val="3F5F34"/>
          <w:sz w:val="32"/>
        </w:rPr>
        <w:t>luovuttaminen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953"/>
      </w:tblGrid>
      <w:tr w:rsidR="00297495" w14:paraId="19D5140E" w14:textId="77777777">
        <w:trPr>
          <w:jc w:val="center"/>
        </w:trPr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EF2834" w14:textId="77777777" w:rsidR="00297495" w:rsidRDefault="00000000">
            <w:r>
              <w:rPr>
                <w:b/>
                <w:color w:val="FFFFFF"/>
              </w:rPr>
              <w:t>Kohta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E65198" w14:textId="77777777" w:rsidR="00297495" w:rsidRDefault="00000000">
            <w:r>
              <w:rPr>
                <w:b/>
                <w:color w:val="FFFFFF"/>
              </w:rPr>
              <w:t>Täydennä tiedot / ohje</w:t>
            </w:r>
          </w:p>
        </w:tc>
      </w:tr>
      <w:tr w:rsidR="00297495" w:rsidRPr="00DC053F" w14:paraId="1C884A1E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6F1CC7" w14:textId="77777777" w:rsidR="00297495" w:rsidRDefault="00000000">
            <w:pPr>
              <w:spacing w:after="0"/>
            </w:pPr>
            <w:r>
              <w:rPr>
                <w:sz w:val="18"/>
              </w:rPr>
              <w:t>Luovutusaika</w:t>
            </w:r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AFC0E8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Majoituksen luovutus klo 12 mennessä, ellei muuta ole sovittu.</w:t>
            </w:r>
          </w:p>
        </w:tc>
      </w:tr>
      <w:tr w:rsidR="00297495" w:rsidRPr="00DC053F" w14:paraId="0554A412" w14:textId="77777777">
        <w:trPr>
          <w:jc w:val="center"/>
        </w:trPr>
        <w:tc>
          <w:tcPr>
            <w:tcW w:w="3402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901F77" w14:textId="77777777" w:rsidR="00297495" w:rsidRDefault="00000000">
            <w:pPr>
              <w:spacing w:after="0"/>
            </w:pPr>
            <w:r>
              <w:rPr>
                <w:sz w:val="18"/>
              </w:rPr>
              <w:t xml:space="preserve">Pois </w:t>
            </w:r>
            <w:proofErr w:type="spellStart"/>
            <w:r>
              <w:rPr>
                <w:sz w:val="18"/>
              </w:rPr>
              <w:t>lähtiessä</w:t>
            </w:r>
            <w:proofErr w:type="spellEnd"/>
          </w:p>
        </w:tc>
        <w:tc>
          <w:tcPr>
            <w:tcW w:w="5953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13E568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sz w:val="18"/>
                <w:lang w:val="fi-FI"/>
              </w:rPr>
              <w:t>Mökki luovutetaan siivottuna lähtöpäivänä klo 12 mennessä, ellei muuta ole sovittu.</w:t>
            </w:r>
          </w:p>
        </w:tc>
      </w:tr>
    </w:tbl>
    <w:p w14:paraId="1B26FF7D" w14:textId="77777777" w:rsidR="00297495" w:rsidRPr="00DC053F" w:rsidRDefault="00297495">
      <w:pPr>
        <w:rPr>
          <w:lang w:val="fi-FI"/>
        </w:rPr>
      </w:pPr>
    </w:p>
    <w:p w14:paraId="422413AF" w14:textId="77777777" w:rsidR="00297495" w:rsidRDefault="00000000">
      <w:pPr>
        <w:pStyle w:val="Otsikko1"/>
        <w:spacing w:before="240" w:after="120"/>
      </w:pPr>
      <w:proofErr w:type="spellStart"/>
      <w:r>
        <w:rPr>
          <w:rFonts w:ascii="Aptos" w:hAnsi="Aptos"/>
          <w:color w:val="3F5F34"/>
          <w:sz w:val="32"/>
        </w:rPr>
        <w:t>Loppusiivous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6"/>
        <w:gridCol w:w="8787"/>
      </w:tblGrid>
      <w:tr w:rsidR="00297495" w14:paraId="001B71FB" w14:textId="77777777"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140008" w14:textId="77777777" w:rsidR="00297495" w:rsidRDefault="00000000">
            <w:pPr>
              <w:jc w:val="center"/>
            </w:pPr>
            <w:r>
              <w:rPr>
                <w:b/>
                <w:color w:val="FFFFFF"/>
              </w:rPr>
              <w:t>✓</w:t>
            </w:r>
          </w:p>
        </w:tc>
        <w:tc>
          <w:tcPr>
            <w:tcW w:w="5046" w:type="dxa"/>
            <w:tcBorders>
              <w:top w:val="single" w:sz="6" w:space="0" w:color="3F5F34"/>
              <w:left w:val="single" w:sz="6" w:space="0" w:color="3F5F34"/>
              <w:bottom w:val="single" w:sz="6" w:space="0" w:color="3F5F34"/>
              <w:right w:val="single" w:sz="6" w:space="0" w:color="3F5F34"/>
            </w:tcBorders>
            <w:shd w:val="clear" w:color="auto" w:fill="3F5F3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521C7C" w14:textId="77777777" w:rsidR="00297495" w:rsidRDefault="00000000">
            <w:r>
              <w:rPr>
                <w:b/>
                <w:color w:val="FFFFFF"/>
              </w:rPr>
              <w:t>Loppusiivouksen tarkistuslista</w:t>
            </w:r>
          </w:p>
        </w:tc>
      </w:tr>
      <w:tr w:rsidR="00297495" w14:paraId="2F80CD00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F04EC0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09FECD" w14:textId="77777777" w:rsidR="00297495" w:rsidRDefault="00000000">
            <w:pPr>
              <w:spacing w:after="0"/>
            </w:pPr>
            <w:r w:rsidRPr="00DC053F">
              <w:rPr>
                <w:lang w:val="fi-FI"/>
              </w:rPr>
              <w:t xml:space="preserve">Kopistele matot ja imuroi lattiat. </w:t>
            </w:r>
            <w:proofErr w:type="spellStart"/>
            <w:r>
              <w:t>Pyyhi</w:t>
            </w:r>
            <w:proofErr w:type="spellEnd"/>
            <w:r>
              <w:t xml:space="preserve"> </w:t>
            </w:r>
            <w:proofErr w:type="spellStart"/>
            <w:r>
              <w:t>lattiat</w:t>
            </w:r>
            <w:proofErr w:type="spellEnd"/>
            <w:r>
              <w:t xml:space="preserve"> </w:t>
            </w:r>
            <w:proofErr w:type="spellStart"/>
            <w:r>
              <w:t>kostealla</w:t>
            </w:r>
            <w:proofErr w:type="spellEnd"/>
            <w:r>
              <w:t xml:space="preserve"> </w:t>
            </w:r>
            <w:proofErr w:type="spellStart"/>
            <w:r>
              <w:t>mopilla</w:t>
            </w:r>
            <w:proofErr w:type="spellEnd"/>
            <w:r>
              <w:t>.</w:t>
            </w:r>
          </w:p>
        </w:tc>
      </w:tr>
      <w:tr w:rsidR="00297495" w:rsidRPr="00DC053F" w14:paraId="049CA6B3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453A42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D8FE33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Tuuleta petivaatteet ja petaa sängyt. Jos käytössä on vuokralakanat, irrota ne peitoista ja vie sovittuun paikkaan.</w:t>
            </w:r>
          </w:p>
        </w:tc>
      </w:tr>
      <w:tr w:rsidR="00297495" w:rsidRPr="00DC053F" w14:paraId="0E147125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3CF09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A53F9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Tyhjennä roskakorit ja vie roskat roskikseen. Sekajäte sijaitsee: [täydennä]. Kierrätettävät materiaalit viedään: [täydennä].</w:t>
            </w:r>
          </w:p>
        </w:tc>
      </w:tr>
      <w:tr w:rsidR="00297495" w:rsidRPr="00DC053F" w14:paraId="076B5844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454B51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674915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Vie tyhjät pullot ja tölkit mukanasi tai laita ne siististi muovipussiin sovittuun paikkaan.</w:t>
            </w:r>
          </w:p>
        </w:tc>
      </w:tr>
      <w:tr w:rsidR="00297495" w14:paraId="2FCBBA50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25CD92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4C1B9B" w14:textId="77777777" w:rsidR="00297495" w:rsidRDefault="00000000">
            <w:pPr>
              <w:spacing w:after="0"/>
            </w:pPr>
            <w:r>
              <w:t>Laita huonekalut alkuperäisille paikoilleen.</w:t>
            </w:r>
          </w:p>
        </w:tc>
      </w:tr>
      <w:tr w:rsidR="00297495" w14:paraId="09799CD7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B760F6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0F854C" w14:textId="77777777" w:rsidR="00297495" w:rsidRDefault="00000000">
            <w:pPr>
              <w:spacing w:after="0"/>
            </w:pPr>
            <w:r>
              <w:t>Puhdista kaikki tasot.</w:t>
            </w:r>
          </w:p>
        </w:tc>
      </w:tr>
      <w:tr w:rsidR="00297495" w:rsidRPr="00DC053F" w14:paraId="42DC02C7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828A9F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0CB72D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Tyhjennä jääkaappi tuomistasi ruoista ja pyyhi hyllyt kostealla liinalla.</w:t>
            </w:r>
          </w:p>
        </w:tc>
      </w:tr>
      <w:tr w:rsidR="00297495" w14:paraId="51BE7F22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63666F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5D7782" w14:textId="77777777" w:rsidR="00297495" w:rsidRDefault="00000000">
            <w:pPr>
              <w:spacing w:after="0"/>
            </w:pPr>
            <w:r>
              <w:t>Huolehdi piha-alue siistiksi.</w:t>
            </w:r>
          </w:p>
        </w:tc>
      </w:tr>
      <w:tr w:rsidR="00297495" w:rsidRPr="00DC053F" w14:paraId="7017861B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00B14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55BBEF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Grillin puhdistaminen sekä ulkosaunan siivous kuuluvat loppusiivoukseen, ellei tästä ole erikseen sovittu.</w:t>
            </w:r>
          </w:p>
        </w:tc>
      </w:tr>
      <w:tr w:rsidR="00297495" w:rsidRPr="00DC053F" w14:paraId="390326DF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80A22F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DABFF6" w14:textId="77777777" w:rsidR="00297495" w:rsidRPr="00DC053F" w:rsidRDefault="00000000">
            <w:pPr>
              <w:spacing w:after="0"/>
              <w:rPr>
                <w:lang w:val="fi-FI"/>
              </w:rPr>
            </w:pPr>
            <w:r w:rsidRPr="00DC053F">
              <w:rPr>
                <w:lang w:val="fi-FI"/>
              </w:rPr>
              <w:t>Astianpesukone voi jäädä päälle asiakkaiden lähtiessä.</w:t>
            </w:r>
          </w:p>
        </w:tc>
      </w:tr>
      <w:tr w:rsidR="00297495" w14:paraId="22C618E8" w14:textId="77777777">
        <w:tc>
          <w:tcPr>
            <w:tcW w:w="56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F6FF12" w14:textId="77777777" w:rsidR="00297495" w:rsidRDefault="00000000">
            <w:pPr>
              <w:spacing w:after="0"/>
              <w:jc w:val="center"/>
            </w:pPr>
            <w:r>
              <w:t>☐</w:t>
            </w:r>
          </w:p>
        </w:tc>
        <w:tc>
          <w:tcPr>
            <w:tcW w:w="8787" w:type="dxa"/>
            <w:tcBorders>
              <w:top w:val="single" w:sz="6" w:space="0" w:color="D9E2D3"/>
              <w:left w:val="single" w:sz="6" w:space="0" w:color="D9E2D3"/>
              <w:bottom w:val="single" w:sz="6" w:space="0" w:color="D9E2D3"/>
              <w:right w:val="single" w:sz="6" w:space="0" w:color="D9E2D3"/>
            </w:tcBorders>
            <w:shd w:val="clear" w:color="auto" w:fill="F7FA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A42902" w14:textId="77777777" w:rsidR="00297495" w:rsidRDefault="00000000">
            <w:pPr>
              <w:spacing w:after="0"/>
            </w:pPr>
            <w:r w:rsidRPr="00DC053F">
              <w:rPr>
                <w:lang w:val="fi-FI"/>
              </w:rPr>
              <w:t xml:space="preserve">Siivoamattomista kohteista veloitamme erikseen hinnaston mukaan. </w:t>
            </w:r>
            <w:proofErr w:type="spellStart"/>
            <w:r>
              <w:t>Myös</w:t>
            </w:r>
            <w:proofErr w:type="spellEnd"/>
            <w:r>
              <w:t xml:space="preserve"> </w:t>
            </w:r>
            <w:proofErr w:type="spellStart"/>
            <w:r>
              <w:t>vaikeammat</w:t>
            </w:r>
            <w:proofErr w:type="spellEnd"/>
            <w:r>
              <w:t xml:space="preserve"> </w:t>
            </w:r>
            <w:proofErr w:type="spellStart"/>
            <w:r>
              <w:t>sotkut</w:t>
            </w:r>
            <w:proofErr w:type="spellEnd"/>
            <w:r>
              <w:t xml:space="preserve"> </w:t>
            </w:r>
            <w:proofErr w:type="spellStart"/>
            <w:r>
              <w:t>veloitetaan</w:t>
            </w:r>
            <w:proofErr w:type="spellEnd"/>
            <w:r>
              <w:t xml:space="preserve"> erikseen.</w:t>
            </w:r>
          </w:p>
        </w:tc>
      </w:tr>
    </w:tbl>
    <w:p w14:paraId="24B63454" w14:textId="77777777" w:rsidR="00297495" w:rsidRDefault="0029749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7"/>
        <w:gridCol w:w="5039"/>
      </w:tblGrid>
      <w:tr w:rsidR="00297495" w14:paraId="2120D6E9" w14:textId="77777777">
        <w:trPr>
          <w:jc w:val="center"/>
        </w:trPr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24F42" w14:textId="77777777" w:rsidR="00297495" w:rsidRDefault="00000000">
            <w:pPr>
              <w:jc w:val="center"/>
            </w:pPr>
            <w:r>
              <w:rPr>
                <w:b/>
                <w:color w:val="3F5F34"/>
                <w:sz w:val="36"/>
              </w:rPr>
              <w:t>✓</w:t>
            </w:r>
          </w:p>
        </w:tc>
        <w:tc>
          <w:tcPr>
            <w:tcW w:w="5046" w:type="dxa"/>
            <w:tcBorders>
              <w:top w:val="single" w:sz="6" w:space="0" w:color="C9D8C1"/>
              <w:left w:val="single" w:sz="6" w:space="0" w:color="C9D8C1"/>
              <w:bottom w:val="single" w:sz="6" w:space="0" w:color="C9D8C1"/>
              <w:right w:val="single" w:sz="6" w:space="0" w:color="C9D8C1"/>
            </w:tcBorders>
            <w:shd w:val="clear" w:color="auto" w:fill="E8F0E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A78186" w14:textId="77777777" w:rsidR="00297495" w:rsidRDefault="00000000">
            <w:r w:rsidRPr="00DC053F">
              <w:rPr>
                <w:b/>
                <w:sz w:val="22"/>
                <w:lang w:val="fi-FI"/>
              </w:rPr>
              <w:t>Tilattu loppusiivous</w:t>
            </w:r>
            <w:r w:rsidRPr="00DC053F">
              <w:rPr>
                <w:b/>
                <w:sz w:val="22"/>
                <w:lang w:val="fi-FI"/>
              </w:rPr>
              <w:br/>
            </w:r>
            <w:r w:rsidRPr="00DC053F">
              <w:rPr>
                <w:lang w:val="fi-FI"/>
              </w:rPr>
              <w:t xml:space="preserve">Mikäli varaukseen on tilattu loppusiivous, muistathan kuitenkin tiskata ja laittaa astiat sekä huonekalut paikoilleen ja viedä roskat. </w:t>
            </w:r>
            <w:r>
              <w:t>Kiitos.</w:t>
            </w:r>
          </w:p>
        </w:tc>
      </w:tr>
    </w:tbl>
    <w:p w14:paraId="03E16B56" w14:textId="77777777" w:rsidR="00297495" w:rsidRDefault="00297495"/>
    <w:sectPr w:rsidR="00297495" w:rsidSect="00034616">
      <w:headerReference w:type="default" r:id="rId8"/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E5C" w14:textId="77777777" w:rsidR="00FA471C" w:rsidRDefault="00FA471C">
      <w:pPr>
        <w:spacing w:after="0" w:line="240" w:lineRule="auto"/>
      </w:pPr>
      <w:r>
        <w:separator/>
      </w:r>
    </w:p>
  </w:endnote>
  <w:endnote w:type="continuationSeparator" w:id="0">
    <w:p w14:paraId="04BD0E6E" w14:textId="77777777" w:rsidR="00FA471C" w:rsidRDefault="00FA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F9A9C" w14:textId="77777777" w:rsidR="00297495" w:rsidRPr="00DC053F" w:rsidRDefault="00000000">
    <w:pPr>
      <w:pStyle w:val="Alatunniste"/>
      <w:jc w:val="center"/>
      <w:rPr>
        <w:lang w:val="fi-FI"/>
      </w:rPr>
    </w:pPr>
    <w:r w:rsidRPr="00DC053F">
      <w:rPr>
        <w:color w:val="666666"/>
        <w:sz w:val="16"/>
        <w:lang w:val="fi-FI"/>
      </w:rPr>
      <w:t>Mökin vuokraajan infokirja 2025 | Muokattava Word-versio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B606" w14:textId="77777777" w:rsidR="00FA471C" w:rsidRDefault="00FA471C">
      <w:pPr>
        <w:spacing w:after="0" w:line="240" w:lineRule="auto"/>
      </w:pPr>
      <w:r>
        <w:separator/>
      </w:r>
    </w:p>
  </w:footnote>
  <w:footnote w:type="continuationSeparator" w:id="0">
    <w:p w14:paraId="4E535483" w14:textId="77777777" w:rsidR="00FA471C" w:rsidRDefault="00FA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CEB3" w14:textId="7B8CF55E" w:rsidR="00DC053F" w:rsidRDefault="00DC053F">
    <w:pPr>
      <w:pStyle w:val="Yltunniste"/>
    </w:pPr>
    <w:r>
      <w:rPr>
        <w:noProof/>
      </w:rPr>
      <w:drawing>
        <wp:inline distT="0" distB="0" distL="0" distR="0" wp14:anchorId="69AE0F2E" wp14:editId="68CE9D5E">
          <wp:extent cx="701040" cy="508692"/>
          <wp:effectExtent l="0" t="0" r="3810" b="5715"/>
          <wp:docPr id="604207469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207469" name="Kuva 6042074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9253" cy="514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9583689">
    <w:abstractNumId w:val="8"/>
  </w:num>
  <w:num w:numId="2" w16cid:durableId="1379432112">
    <w:abstractNumId w:val="6"/>
  </w:num>
  <w:num w:numId="3" w16cid:durableId="633682545">
    <w:abstractNumId w:val="5"/>
  </w:num>
  <w:num w:numId="4" w16cid:durableId="1457262098">
    <w:abstractNumId w:val="4"/>
  </w:num>
  <w:num w:numId="5" w16cid:durableId="1022780330">
    <w:abstractNumId w:val="7"/>
  </w:num>
  <w:num w:numId="6" w16cid:durableId="438187652">
    <w:abstractNumId w:val="3"/>
  </w:num>
  <w:num w:numId="7" w16cid:durableId="322197889">
    <w:abstractNumId w:val="2"/>
  </w:num>
  <w:num w:numId="8" w16cid:durableId="1064833464">
    <w:abstractNumId w:val="1"/>
  </w:num>
  <w:num w:numId="9" w16cid:durableId="681050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7495"/>
    <w:rsid w:val="00326F90"/>
    <w:rsid w:val="006F40E8"/>
    <w:rsid w:val="00AA1D8D"/>
    <w:rsid w:val="00B47730"/>
    <w:rsid w:val="00CB0664"/>
    <w:rsid w:val="00DC053F"/>
    <w:rsid w:val="00FA47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6F7D8D"/>
  <w14:defaultImageDpi w14:val="300"/>
  <w15:docId w15:val="{16202353-42D0-4AB7-83F9-2EED501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  <w:rPr>
      <w:rFonts w:ascii="Aptos" w:hAnsi="Aptos"/>
      <w:color w:val="243321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3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5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7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582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 Sulola</dc:creator>
  <cp:keywords/>
  <dc:description>generated by python-docx</dc:description>
  <cp:lastModifiedBy>Jaana Puhakka</cp:lastModifiedBy>
  <cp:revision>2</cp:revision>
  <dcterms:created xsi:type="dcterms:W3CDTF">2026-08-12T12:11:00Z</dcterms:created>
  <dcterms:modified xsi:type="dcterms:W3CDTF">2026-08-12T12:11:00Z</dcterms:modified>
  <cp:category/>
</cp:coreProperties>
</file>